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31D56" w14:textId="6944A0CD" w:rsidR="00532953" w:rsidRPr="001418FD" w:rsidRDefault="00000000" w:rsidP="001418FD">
      <w:pPr>
        <w:spacing w:line="220" w:lineRule="exact"/>
        <w:jc w:val="right"/>
        <w:rPr>
          <w:rFonts w:ascii="BIZ UDP明朝 Medium" w:eastAsia="BIZ UDP明朝 Medium" w:hAnsi="BIZ UDP明朝 Medium"/>
          <w:lang w:eastAsia="ja-JP"/>
        </w:rPr>
      </w:pPr>
      <w:r w:rsidRPr="001418FD">
        <w:rPr>
          <w:rFonts w:ascii="BIZ UDP明朝 Medium" w:eastAsia="BIZ UDP明朝 Medium" w:hAnsi="BIZ UDP明朝 Medium"/>
          <w:lang w:eastAsia="ja-JP"/>
        </w:rPr>
        <w:t>2026年</w:t>
      </w:r>
      <w:r w:rsidR="0038799D">
        <w:rPr>
          <w:rFonts w:ascii="BIZ UDP明朝 Medium" w:eastAsia="BIZ UDP明朝 Medium" w:hAnsi="BIZ UDP明朝 Medium" w:hint="eastAsia"/>
          <w:lang w:eastAsia="ja-JP"/>
        </w:rPr>
        <w:t>11</w:t>
      </w:r>
      <w:r w:rsidRPr="001418FD">
        <w:rPr>
          <w:rFonts w:ascii="BIZ UDP明朝 Medium" w:eastAsia="BIZ UDP明朝 Medium" w:hAnsi="BIZ UDP明朝 Medium"/>
          <w:lang w:eastAsia="ja-JP"/>
        </w:rPr>
        <w:t>月1日</w:t>
      </w:r>
    </w:p>
    <w:p w14:paraId="6F092124" w14:textId="77777777" w:rsidR="00532953" w:rsidRPr="001418FD" w:rsidRDefault="00000000" w:rsidP="001418FD">
      <w:pPr>
        <w:spacing w:line="220" w:lineRule="exact"/>
        <w:jc w:val="right"/>
        <w:rPr>
          <w:rFonts w:ascii="BIZ UDP明朝 Medium" w:eastAsia="BIZ UDP明朝 Medium" w:hAnsi="BIZ UDP明朝 Medium"/>
          <w:lang w:eastAsia="ja-JP"/>
        </w:rPr>
      </w:pPr>
      <w:r w:rsidRPr="001418FD">
        <w:rPr>
          <w:rFonts w:ascii="BIZ UDP明朝 Medium" w:eastAsia="BIZ UDP明朝 Medium" w:hAnsi="BIZ UDP明朝 Medium"/>
          <w:lang w:eastAsia="ja-JP"/>
        </w:rPr>
        <w:t>株式会社アルペン</w:t>
      </w:r>
    </w:p>
    <w:p w14:paraId="4C49450F" w14:textId="77777777" w:rsidR="00532953" w:rsidRPr="001418FD" w:rsidRDefault="00532953" w:rsidP="001418FD">
      <w:pPr>
        <w:spacing w:line="220" w:lineRule="exact"/>
        <w:rPr>
          <w:rFonts w:ascii="BIZ UDP明朝 Medium" w:eastAsia="BIZ UDP明朝 Medium" w:hAnsi="BIZ UDP明朝 Medium"/>
          <w:lang w:eastAsia="ja-JP"/>
        </w:rPr>
      </w:pPr>
    </w:p>
    <w:p w14:paraId="31EB2857" w14:textId="6A6CE06B" w:rsidR="00532953" w:rsidRPr="001418FD" w:rsidRDefault="00000000" w:rsidP="001418FD">
      <w:pPr>
        <w:spacing w:line="240" w:lineRule="auto"/>
        <w:jc w:val="center"/>
        <w:rPr>
          <w:rFonts w:ascii="BIZ UDP明朝 Medium" w:eastAsia="BIZ UDP明朝 Medium" w:hAnsi="BIZ UDP明朝 Medium"/>
          <w:lang w:eastAsia="ja-JP"/>
        </w:rPr>
      </w:pPr>
      <w:r w:rsidRPr="001418FD">
        <w:rPr>
          <w:rFonts w:ascii="BIZ UDP明朝 Medium" w:eastAsia="BIZ UDP明朝 Medium" w:hAnsi="BIZ UDP明朝 Medium"/>
          <w:b/>
          <w:sz w:val="28"/>
          <w:lang w:eastAsia="ja-JP"/>
        </w:rPr>
        <w:t>【重要】会員規約の統合・改定</w:t>
      </w:r>
      <w:r w:rsidR="001418FD">
        <w:rPr>
          <w:rFonts w:ascii="BIZ UDP明朝 Medium" w:eastAsia="BIZ UDP明朝 Medium" w:hAnsi="BIZ UDP明朝 Medium" w:hint="eastAsia"/>
          <w:b/>
          <w:sz w:val="28"/>
          <w:lang w:eastAsia="ja-JP"/>
        </w:rPr>
        <w:t>の</w:t>
      </w:r>
      <w:r w:rsidRPr="001418FD">
        <w:rPr>
          <w:rFonts w:ascii="BIZ UDP明朝 Medium" w:eastAsia="BIZ UDP明朝 Medium" w:hAnsi="BIZ UDP明朝 Medium"/>
          <w:b/>
          <w:sz w:val="28"/>
          <w:lang w:eastAsia="ja-JP"/>
        </w:rPr>
        <w:t>お知らせ</w:t>
      </w:r>
    </w:p>
    <w:p w14:paraId="457A414E" w14:textId="77777777" w:rsidR="002F75AE" w:rsidRDefault="002F75AE" w:rsidP="001418FD">
      <w:pPr>
        <w:spacing w:line="240" w:lineRule="exact"/>
        <w:rPr>
          <w:rFonts w:ascii="BIZ UDP明朝 Medium" w:eastAsia="BIZ UDP明朝 Medium" w:hAnsi="BIZ UDP明朝 Medium"/>
          <w:lang w:eastAsia="ja-JP"/>
        </w:rPr>
      </w:pPr>
    </w:p>
    <w:p w14:paraId="7E282D2A" w14:textId="77777777" w:rsidR="002F75AE" w:rsidRDefault="002F75AE" w:rsidP="002F75AE">
      <w:pPr>
        <w:tabs>
          <w:tab w:val="left" w:pos="9244"/>
        </w:tabs>
        <w:rPr>
          <w:rFonts w:ascii="BIZ UDP明朝 Medium" w:eastAsia="BIZ UDP明朝 Medium" w:hAnsi="BIZ UDP明朝 Medium"/>
          <w:lang w:eastAsia="ja-JP"/>
        </w:rPr>
      </w:pPr>
      <w:r w:rsidRPr="00D15B96">
        <w:rPr>
          <w:rFonts w:ascii="BIZ UDP明朝 Medium" w:eastAsia="BIZ UDP明朝 Medium" w:hAnsi="BIZ UDP明朝 Medium"/>
          <w:lang w:eastAsia="ja-JP"/>
        </w:rPr>
        <w:t>拝啓</w:t>
      </w:r>
      <w:r w:rsidRPr="00D15B96">
        <w:rPr>
          <w:rFonts w:ascii="BIZ UDP明朝 Medium" w:eastAsia="BIZ UDP明朝 Medium" w:hAnsi="BIZ UDP明朝 Medium"/>
          <w:lang w:eastAsia="ja-JP"/>
        </w:rPr>
        <w:br/>
        <w:t>平素は格別のご愛顧を賜り、厚く御礼申し上げます。</w:t>
      </w:r>
    </w:p>
    <w:p w14:paraId="6659B0AC" w14:textId="392A914A" w:rsidR="002F75AE" w:rsidRDefault="002F75AE" w:rsidP="002F75AE">
      <w:pPr>
        <w:tabs>
          <w:tab w:val="left" w:pos="9244"/>
        </w:tabs>
        <w:spacing w:line="240" w:lineRule="exact"/>
        <w:rPr>
          <w:rFonts w:ascii="BIZ UDP明朝 Medium" w:eastAsia="BIZ UDP明朝 Medium" w:hAnsi="BIZ UDP明朝 Medium"/>
          <w:lang w:eastAsia="ja-JP"/>
        </w:rPr>
      </w:pPr>
      <w:r w:rsidRPr="00D15B96">
        <w:rPr>
          <w:rFonts w:ascii="BIZ UDP明朝 Medium" w:eastAsia="BIZ UDP明朝 Medium" w:hAnsi="BIZ UDP明朝 Medium"/>
          <w:lang w:eastAsia="ja-JP"/>
        </w:rPr>
        <w:br/>
        <w:t>このたび、当クラブでは会員様へのさらなる利便性向上およびサービス体制の強化を目的として、</w:t>
      </w:r>
      <w:r>
        <w:rPr>
          <w:rFonts w:ascii="BIZ UDP明朝 Medium" w:eastAsia="BIZ UDP明朝 Medium" w:hAnsi="BIZ UDP明朝 Medium" w:hint="eastAsia"/>
          <w:lang w:eastAsia="ja-JP"/>
        </w:rPr>
        <w:t xml:space="preserve">　　　　　　　　　　　　</w:t>
      </w:r>
      <w:r w:rsidRPr="00D15B96">
        <w:rPr>
          <w:rFonts w:ascii="BIZ UDP明朝 Medium" w:eastAsia="BIZ UDP明朝 Medium" w:hAnsi="BIZ UDP明朝 Medium"/>
          <w:lang w:eastAsia="ja-JP"/>
        </w:rPr>
        <w:t>新会員管理システムへ移行する運びとなりました。</w:t>
      </w:r>
      <w:r w:rsidRPr="00D15B96">
        <w:rPr>
          <w:rFonts w:ascii="BIZ UDP明朝 Medium" w:eastAsia="BIZ UDP明朝 Medium" w:hAnsi="BIZ UDP明朝 Medium"/>
          <w:lang w:eastAsia="ja-JP"/>
        </w:rPr>
        <w:br/>
        <w:t xml:space="preserve">これに伴い、2027年1月1日付にて会員規約を改定いたします。 </w:t>
      </w:r>
    </w:p>
    <w:p w14:paraId="060CB9C7" w14:textId="19DB9F9D" w:rsidR="00532953" w:rsidRDefault="002F75AE" w:rsidP="002F75AE">
      <w:pPr>
        <w:spacing w:line="220" w:lineRule="exact"/>
        <w:rPr>
          <w:rFonts w:ascii="BIZ UDP明朝 Medium" w:eastAsia="BIZ UDP明朝 Medium" w:hAnsi="BIZ UDP明朝 Medium"/>
          <w:lang w:eastAsia="ja-JP"/>
        </w:rPr>
      </w:pPr>
      <w:r w:rsidRPr="00D15B96">
        <w:rPr>
          <w:rFonts w:ascii="BIZ UDP明朝 Medium" w:eastAsia="BIZ UDP明朝 Medium" w:hAnsi="BIZ UDP明朝 Medium"/>
          <w:lang w:eastAsia="ja-JP"/>
        </w:rPr>
        <w:t>改定の主な概要につきましては、下記をご確認くださいますようお願い申し上げます。</w:t>
      </w:r>
    </w:p>
    <w:p w14:paraId="42553D9C" w14:textId="36F52ECB" w:rsidR="002F75AE" w:rsidRDefault="002F75AE" w:rsidP="002F75AE">
      <w:pPr>
        <w:pStyle w:val="aff"/>
      </w:pPr>
      <w:r>
        <w:rPr>
          <w:rFonts w:hint="eastAsia"/>
        </w:rPr>
        <w:t>敬具</w:t>
      </w:r>
    </w:p>
    <w:p w14:paraId="4C6AC42F" w14:textId="77777777" w:rsidR="002F75AE" w:rsidRPr="001418FD" w:rsidRDefault="002F75AE" w:rsidP="002F75AE">
      <w:pPr>
        <w:spacing w:line="220" w:lineRule="exact"/>
        <w:rPr>
          <w:rFonts w:ascii="BIZ UDP明朝 Medium" w:eastAsia="BIZ UDP明朝 Medium" w:hAnsi="BIZ UDP明朝 Medium" w:hint="eastAsia"/>
          <w:lang w:eastAsia="ja-JP"/>
        </w:rPr>
      </w:pPr>
    </w:p>
    <w:p w14:paraId="750F67AF" w14:textId="49E577D4" w:rsidR="00532953" w:rsidRPr="001418FD" w:rsidRDefault="00000000" w:rsidP="001418FD">
      <w:pPr>
        <w:spacing w:line="220" w:lineRule="exact"/>
        <w:jc w:val="center"/>
        <w:rPr>
          <w:rFonts w:ascii="BIZ UDP明朝 Medium" w:eastAsia="BIZ UDP明朝 Medium" w:hAnsi="BIZ UDP明朝 Medium"/>
          <w:lang w:eastAsia="ja-JP"/>
        </w:rPr>
      </w:pPr>
      <w:r w:rsidRPr="001418FD">
        <w:rPr>
          <w:rFonts w:ascii="BIZ UDP明朝 Medium" w:eastAsia="BIZ UDP明朝 Medium" w:hAnsi="BIZ UDP明朝 Medium"/>
        </w:rPr>
        <w:t>記</w:t>
      </w:r>
    </w:p>
    <w:p w14:paraId="32A0E19A" w14:textId="77777777" w:rsidR="002F75AE" w:rsidRDefault="002F75AE" w:rsidP="002F75AE">
      <w:pPr>
        <w:tabs>
          <w:tab w:val="left" w:pos="9244"/>
        </w:tabs>
        <w:rPr>
          <w:rFonts w:ascii="BIZ UDP明朝 Medium" w:eastAsia="BIZ UDP明朝 Medium" w:hAnsi="BIZ UDP明朝 Medium"/>
          <w:lang w:eastAsia="ja-JP"/>
        </w:rPr>
      </w:pPr>
      <w:r w:rsidRPr="00D15B96">
        <w:rPr>
          <w:rFonts w:ascii="BIZ UDP明朝 Medium" w:eastAsia="BIZ UDP明朝 Medium" w:hAnsi="BIZ UDP明朝 Medium"/>
          <w:lang w:eastAsia="ja-JP"/>
        </w:rPr>
        <w:br/>
        <w:t>1. 改定日（新規約適用開始日）</w:t>
      </w:r>
      <w:r w:rsidRPr="00D15B96">
        <w:rPr>
          <w:rFonts w:ascii="BIZ UDP明朝 Medium" w:eastAsia="BIZ UDP明朝 Medium" w:hAnsi="BIZ UDP明朝 Medium"/>
          <w:lang w:eastAsia="ja-JP"/>
        </w:rPr>
        <w:br/>
      </w:r>
      <w:r>
        <w:rPr>
          <w:rFonts w:ascii="BIZ UDP明朝 Medium" w:eastAsia="BIZ UDP明朝 Medium" w:hAnsi="BIZ UDP明朝 Medium" w:hint="eastAsia"/>
          <w:lang w:eastAsia="ja-JP"/>
        </w:rPr>
        <w:t xml:space="preserve">　　</w:t>
      </w:r>
      <w:r w:rsidRPr="00D15B96">
        <w:rPr>
          <w:rFonts w:ascii="BIZ UDP明朝 Medium" w:eastAsia="BIZ UDP明朝 Medium" w:hAnsi="BIZ UDP明朝 Medium"/>
          <w:lang w:eastAsia="ja-JP"/>
        </w:rPr>
        <w:t>2027年1月1日（木）</w:t>
      </w:r>
    </w:p>
    <w:p w14:paraId="60FB8E9C" w14:textId="77777777" w:rsidR="002F75AE" w:rsidRDefault="002F75AE" w:rsidP="002F75AE">
      <w:pPr>
        <w:tabs>
          <w:tab w:val="left" w:pos="9244"/>
        </w:tabs>
        <w:rPr>
          <w:rFonts w:ascii="BIZ UDP明朝 Medium" w:eastAsia="BIZ UDP明朝 Medium" w:hAnsi="BIZ UDP明朝 Medium"/>
          <w:lang w:eastAsia="ja-JP"/>
        </w:rPr>
      </w:pPr>
      <w:r w:rsidRPr="00D15B96">
        <w:rPr>
          <w:rFonts w:ascii="BIZ UDP明朝 Medium" w:eastAsia="BIZ UDP明朝 Medium" w:hAnsi="BIZ UDP明朝 Medium"/>
          <w:lang w:eastAsia="ja-JP"/>
        </w:rPr>
        <w:t>2. 主な改定内容</w:t>
      </w:r>
      <w:r w:rsidRPr="00D15B96">
        <w:rPr>
          <w:rFonts w:ascii="BIZ UDP明朝 Medium" w:eastAsia="BIZ UDP明朝 Medium" w:hAnsi="BIZ UDP明朝 Medium"/>
          <w:lang w:eastAsia="ja-JP"/>
        </w:rPr>
        <w:br/>
        <w:t>（1）会員規約の統合</w:t>
      </w:r>
      <w:r w:rsidRPr="00D15B96">
        <w:rPr>
          <w:rFonts w:ascii="BIZ UDP明朝 Medium" w:eastAsia="BIZ UDP明朝 Medium" w:hAnsi="BIZ UDP明朝 Medium"/>
          <w:lang w:eastAsia="ja-JP"/>
        </w:rPr>
        <w:br/>
        <w:t>これまで個別に定めておりました「アルペンフィットネスクラブ会員規約」および「アルペンクイックフィットネス会員規約」を統合し、新たに「アルペンフィットネス会員規約」として一本化いたします。なお、本規約の施行をもって旧規約は失効となります。</w:t>
      </w:r>
      <w:r w:rsidRPr="00D15B96">
        <w:rPr>
          <w:rFonts w:ascii="BIZ UDP明朝 Medium" w:eastAsia="BIZ UDP明朝 Medium" w:hAnsi="BIZ UDP明朝 Medium"/>
          <w:lang w:eastAsia="ja-JP"/>
        </w:rPr>
        <w:br/>
        <w:t>（2）入退館管理方法の変更</w:t>
      </w:r>
      <w:r w:rsidRPr="00D15B96">
        <w:rPr>
          <w:rFonts w:ascii="BIZ UDP明朝 Medium" w:eastAsia="BIZ UDP明朝 Medium" w:hAnsi="BIZ UDP明朝 Medium"/>
          <w:lang w:eastAsia="ja-JP"/>
        </w:rPr>
        <w:br/>
        <w:t>新システムの導入に伴い、スマートフォン等のアプリに表示されるQRコードを専用リーダーにかざして</w:t>
      </w:r>
      <w:r>
        <w:rPr>
          <w:rFonts w:ascii="BIZ UDP明朝 Medium" w:eastAsia="BIZ UDP明朝 Medium" w:hAnsi="BIZ UDP明朝 Medium" w:hint="eastAsia"/>
          <w:lang w:eastAsia="ja-JP"/>
        </w:rPr>
        <w:t xml:space="preserve">　　　　　　　　</w:t>
      </w:r>
      <w:r w:rsidRPr="00D15B96">
        <w:rPr>
          <w:rFonts w:ascii="BIZ UDP明朝 Medium" w:eastAsia="BIZ UDP明朝 Medium" w:hAnsi="BIZ UDP明朝 Medium"/>
          <w:lang w:eastAsia="ja-JP"/>
        </w:rPr>
        <w:t>入退館を行う方式へ移行いたします。</w:t>
      </w:r>
      <w:r w:rsidRPr="00D15B96">
        <w:rPr>
          <w:rFonts w:ascii="BIZ UDP明朝 Medium" w:eastAsia="BIZ UDP明朝 Medium" w:hAnsi="BIZ UDP明朝 Medium"/>
          <w:lang w:eastAsia="ja-JP"/>
        </w:rPr>
        <w:br/>
        <w:t>（3）現行会員証に関する経過措置</w:t>
      </w:r>
      <w:r w:rsidRPr="00D15B96">
        <w:rPr>
          <w:rFonts w:ascii="BIZ UDP明朝 Medium" w:eastAsia="BIZ UDP明朝 Medium" w:hAnsi="BIZ UDP明朝 Medium"/>
          <w:lang w:eastAsia="ja-JP"/>
        </w:rPr>
        <w:br/>
        <w:t>現在お持ちの従来の会員カードにつきましては、2026年12月31日（水）まで引き続き有効な会員証として</w:t>
      </w:r>
      <w:r>
        <w:rPr>
          <w:rFonts w:ascii="BIZ UDP明朝 Medium" w:eastAsia="BIZ UDP明朝 Medium" w:hAnsi="BIZ UDP明朝 Medium" w:hint="eastAsia"/>
          <w:lang w:eastAsia="ja-JP"/>
        </w:rPr>
        <w:t xml:space="preserve">　　　　　</w:t>
      </w:r>
      <w:r w:rsidRPr="00D15B96">
        <w:rPr>
          <w:rFonts w:ascii="BIZ UDP明朝 Medium" w:eastAsia="BIZ UDP明朝 Medium" w:hAnsi="BIZ UDP明朝 Medium"/>
          <w:lang w:eastAsia="ja-JP"/>
        </w:rPr>
        <w:t>ご利用いただけます。</w:t>
      </w:r>
    </w:p>
    <w:p w14:paraId="2D9AE352" w14:textId="0A61B42B" w:rsidR="002F75AE" w:rsidRDefault="002F75AE" w:rsidP="002F75AE">
      <w:pPr>
        <w:tabs>
          <w:tab w:val="left" w:pos="9244"/>
        </w:tabs>
        <w:spacing w:line="240" w:lineRule="exact"/>
        <w:rPr>
          <w:rFonts w:ascii="BIZ UDP明朝 Medium" w:eastAsia="BIZ UDP明朝 Medium" w:hAnsi="BIZ UDP明朝 Medium"/>
          <w:lang w:eastAsia="ja-JP"/>
        </w:rPr>
      </w:pPr>
      <w:r w:rsidRPr="00D15B96">
        <w:rPr>
          <w:rFonts w:ascii="BIZ UDP明朝 Medium" w:eastAsia="BIZ UDP明朝 Medium" w:hAnsi="BIZ UDP明朝 Medium"/>
          <w:lang w:eastAsia="ja-JP"/>
        </w:rPr>
        <w:br/>
        <w:t>3. 新会員規約・ご利用案内の確認方法</w:t>
      </w:r>
      <w:r w:rsidRPr="00D15B96">
        <w:rPr>
          <w:rFonts w:ascii="BIZ UDP明朝 Medium" w:eastAsia="BIZ UDP明朝 Medium" w:hAnsi="BIZ UDP明朝 Medium"/>
          <w:lang w:eastAsia="ja-JP"/>
        </w:rPr>
        <w:br/>
        <w:t>改定後の「アルペンフィットネス会員規約」の全文につきましては、各</w:t>
      </w:r>
      <w:r>
        <w:rPr>
          <w:rFonts w:ascii="BIZ UDP明朝 Medium" w:eastAsia="BIZ UDP明朝 Medium" w:hAnsi="BIZ UDP明朝 Medium" w:hint="eastAsia"/>
          <w:lang w:eastAsia="ja-JP"/>
        </w:rPr>
        <w:t>クラブ</w:t>
      </w:r>
      <w:r w:rsidRPr="00D15B96">
        <w:rPr>
          <w:rFonts w:ascii="BIZ UDP明朝 Medium" w:eastAsia="BIZ UDP明朝 Medium" w:hAnsi="BIZ UDP明朝 Medium"/>
          <w:lang w:eastAsia="ja-JP"/>
        </w:rPr>
        <w:t>での掲示に加え、2027年1月1日より会員様マイページにてご確認いただけます。</w:t>
      </w:r>
    </w:p>
    <w:p w14:paraId="2A0F82CD" w14:textId="77777777" w:rsidR="002F75AE" w:rsidRDefault="002F75AE" w:rsidP="002F75AE">
      <w:pPr>
        <w:tabs>
          <w:tab w:val="left" w:pos="9244"/>
        </w:tabs>
        <w:spacing w:line="240" w:lineRule="exact"/>
        <w:rPr>
          <w:rFonts w:ascii="BIZ UDP明朝 Medium" w:eastAsia="BIZ UDP明朝 Medium" w:hAnsi="BIZ UDP明朝 Medium"/>
          <w:lang w:eastAsia="ja-JP"/>
        </w:rPr>
      </w:pPr>
      <w:r w:rsidRPr="00D15B96">
        <w:rPr>
          <w:rFonts w:ascii="BIZ UDP明朝 Medium" w:eastAsia="BIZ UDP明朝 Medium" w:hAnsi="BIZ UDP明朝 Medium"/>
          <w:lang w:eastAsia="ja-JP"/>
        </w:rPr>
        <w:br/>
        <w:t>4. お問い合わせ先</w:t>
      </w:r>
      <w:r w:rsidRPr="00D15B96">
        <w:rPr>
          <w:rFonts w:ascii="BIZ UDP明朝 Medium" w:eastAsia="BIZ UDP明朝 Medium" w:hAnsi="BIZ UDP明朝 Medium"/>
          <w:lang w:eastAsia="ja-JP"/>
        </w:rPr>
        <w:br/>
        <w:t>本件に関するご質問やご不明な点がございましたら、ご利用の</w:t>
      </w:r>
      <w:r>
        <w:rPr>
          <w:rFonts w:ascii="BIZ UDP明朝 Medium" w:eastAsia="BIZ UDP明朝 Medium" w:hAnsi="BIZ UDP明朝 Medium" w:hint="eastAsia"/>
          <w:lang w:eastAsia="ja-JP"/>
        </w:rPr>
        <w:t>クラブ</w:t>
      </w:r>
      <w:r w:rsidRPr="00D15B96">
        <w:rPr>
          <w:rFonts w:ascii="BIZ UDP明朝 Medium" w:eastAsia="BIZ UDP明朝 Medium" w:hAnsi="BIZ UDP明朝 Medium"/>
          <w:lang w:eastAsia="ja-JP"/>
        </w:rPr>
        <w:t>までお問い合わせください。</w:t>
      </w:r>
      <w:r w:rsidRPr="00D15B96">
        <w:rPr>
          <w:rFonts w:ascii="BIZ UDP明朝 Medium" w:eastAsia="BIZ UDP明朝 Medium" w:hAnsi="BIZ UDP明朝 Medium"/>
          <w:lang w:eastAsia="ja-JP"/>
        </w:rPr>
        <w:br/>
        <w:t>システムの移行に伴い、会員様にはご登録やお手続き等でお手数をおかけする場合がございますが、</w:t>
      </w:r>
      <w:r>
        <w:rPr>
          <w:rFonts w:ascii="BIZ UDP明朝 Medium" w:eastAsia="BIZ UDP明朝 Medium" w:hAnsi="BIZ UDP明朝 Medium" w:hint="eastAsia"/>
          <w:lang w:eastAsia="ja-JP"/>
        </w:rPr>
        <w:t xml:space="preserve">　　　　　　　　　</w:t>
      </w:r>
      <w:r w:rsidRPr="00D15B96">
        <w:rPr>
          <w:rFonts w:ascii="BIZ UDP明朝 Medium" w:eastAsia="BIZ UDP明朝 Medium" w:hAnsi="BIZ UDP明朝 Medium"/>
          <w:lang w:eastAsia="ja-JP"/>
        </w:rPr>
        <w:t>今後ともより一層のサービス向上に努めてまいります。何卒ご理解とご協力を賜りますようお願い申し上げます。</w:t>
      </w:r>
    </w:p>
    <w:p w14:paraId="3019CD49" w14:textId="77777777" w:rsidR="002F75AE" w:rsidRPr="001418FD" w:rsidRDefault="002F75AE" w:rsidP="002F75AE">
      <w:pPr>
        <w:tabs>
          <w:tab w:val="left" w:pos="9244"/>
        </w:tabs>
        <w:spacing w:line="240" w:lineRule="exact"/>
        <w:rPr>
          <w:rFonts w:ascii="BIZ UDP明朝 Medium" w:eastAsia="BIZ UDP明朝 Medium" w:hAnsi="BIZ UDP明朝 Medium"/>
          <w:lang w:eastAsia="ja-JP"/>
        </w:rPr>
      </w:pPr>
      <w:r w:rsidRPr="00D15B96">
        <w:rPr>
          <w:rFonts w:ascii="BIZ UDP明朝 Medium" w:eastAsia="BIZ UDP明朝 Medium" w:hAnsi="BIZ UDP明朝 Medium"/>
          <w:lang w:eastAsia="ja-JP"/>
        </w:rPr>
        <w:br/>
      </w:r>
      <w:r>
        <w:rPr>
          <w:rFonts w:ascii="BIZ UDP明朝 Medium" w:eastAsia="BIZ UDP明朝 Medium" w:hAnsi="BIZ UDP明朝 Medium" w:hint="eastAsia"/>
          <w:lang w:eastAsia="ja-JP"/>
        </w:rPr>
        <w:t xml:space="preserve">　　　　　　　　　　　　　　　　　　　　　　　　　　　　　　　　　　　　　　　　　　　　　　　　　　　　　　　　　　　　　　　　　　　　　</w:t>
      </w:r>
      <w:r w:rsidRPr="00D15B96">
        <w:rPr>
          <w:rFonts w:ascii="BIZ UDP明朝 Medium" w:eastAsia="BIZ UDP明朝 Medium" w:hAnsi="BIZ UDP明朝 Medium"/>
        </w:rPr>
        <w:t>以上</w:t>
      </w:r>
    </w:p>
    <w:sectPr w:rsidR="002F75AE" w:rsidRPr="001418FD" w:rsidSect="001418F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D05BC" w14:textId="77777777" w:rsidR="00C6638E" w:rsidRDefault="00C6638E" w:rsidP="0038799D">
      <w:pPr>
        <w:spacing w:after="0" w:line="240" w:lineRule="auto"/>
      </w:pPr>
      <w:r>
        <w:separator/>
      </w:r>
    </w:p>
  </w:endnote>
  <w:endnote w:type="continuationSeparator" w:id="0">
    <w:p w14:paraId="5833080A" w14:textId="77777777" w:rsidR="00C6638E" w:rsidRDefault="00C6638E" w:rsidP="00387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00AB0" w14:textId="77777777" w:rsidR="00C6638E" w:rsidRDefault="00C6638E" w:rsidP="0038799D">
      <w:pPr>
        <w:spacing w:after="0" w:line="240" w:lineRule="auto"/>
      </w:pPr>
      <w:r>
        <w:separator/>
      </w:r>
    </w:p>
  </w:footnote>
  <w:footnote w:type="continuationSeparator" w:id="0">
    <w:p w14:paraId="31086CF6" w14:textId="77777777" w:rsidR="00C6638E" w:rsidRDefault="00C6638E" w:rsidP="003879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185091875">
    <w:abstractNumId w:val="8"/>
  </w:num>
  <w:num w:numId="2" w16cid:durableId="1378630576">
    <w:abstractNumId w:val="6"/>
  </w:num>
  <w:num w:numId="3" w16cid:durableId="138695190">
    <w:abstractNumId w:val="5"/>
  </w:num>
  <w:num w:numId="4" w16cid:durableId="1813132291">
    <w:abstractNumId w:val="4"/>
  </w:num>
  <w:num w:numId="5" w16cid:durableId="1399866037">
    <w:abstractNumId w:val="7"/>
  </w:num>
  <w:num w:numId="6" w16cid:durableId="1115902754">
    <w:abstractNumId w:val="3"/>
  </w:num>
  <w:num w:numId="7" w16cid:durableId="1239749719">
    <w:abstractNumId w:val="2"/>
  </w:num>
  <w:num w:numId="8" w16cid:durableId="1909724716">
    <w:abstractNumId w:val="1"/>
  </w:num>
  <w:num w:numId="9" w16cid:durableId="174468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3E08"/>
    <w:rsid w:val="001418FD"/>
    <w:rsid w:val="0015074B"/>
    <w:rsid w:val="00286701"/>
    <w:rsid w:val="0029639D"/>
    <w:rsid w:val="002F75AE"/>
    <w:rsid w:val="00323AD9"/>
    <w:rsid w:val="00326F90"/>
    <w:rsid w:val="0038799D"/>
    <w:rsid w:val="00532953"/>
    <w:rsid w:val="008829CF"/>
    <w:rsid w:val="00AA1D8D"/>
    <w:rsid w:val="00B47730"/>
    <w:rsid w:val="00C101B9"/>
    <w:rsid w:val="00C44E5E"/>
    <w:rsid w:val="00C6638E"/>
    <w:rsid w:val="00C90BD0"/>
    <w:rsid w:val="00C93FC2"/>
    <w:rsid w:val="00CB0664"/>
    <w:rsid w:val="00E6398E"/>
    <w:rsid w:val="00F20792"/>
    <w:rsid w:val="00F4203F"/>
    <w:rsid w:val="00F73769"/>
    <w:rsid w:val="00FA7AD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4C041072"/>
  <w14:defaultImageDpi w14:val="300"/>
  <w15:docId w15:val="{626871F9-E57F-4BD0-98C2-AB26A00F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
    <w:name w:val="Closing"/>
    <w:basedOn w:val="a1"/>
    <w:link w:val="aff0"/>
    <w:uiPriority w:val="99"/>
    <w:unhideWhenUsed/>
    <w:rsid w:val="002F75AE"/>
    <w:pPr>
      <w:jc w:val="right"/>
    </w:pPr>
    <w:rPr>
      <w:rFonts w:ascii="BIZ UDP明朝 Medium" w:eastAsia="BIZ UDP明朝 Medium" w:hAnsi="BIZ UDP明朝 Medium"/>
      <w:lang w:eastAsia="ja-JP"/>
    </w:rPr>
  </w:style>
  <w:style w:type="character" w:customStyle="1" w:styleId="aff0">
    <w:name w:val="結語 (文字)"/>
    <w:basedOn w:val="a2"/>
    <w:link w:val="aff"/>
    <w:uiPriority w:val="99"/>
    <w:rsid w:val="002F75AE"/>
    <w:rPr>
      <w:rFonts w:ascii="BIZ UDP明朝 Medium" w:eastAsia="BIZ UDP明朝 Medium" w:hAnsi="BIZ UDP明朝 Medium"/>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135</Words>
  <Characters>771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016078</cp:lastModifiedBy>
  <cp:revision>5</cp:revision>
  <dcterms:created xsi:type="dcterms:W3CDTF">2026-09-09T06:04:00Z</dcterms:created>
  <dcterms:modified xsi:type="dcterms:W3CDTF">2026-10-14T06:33:00Z</dcterms:modified>
  <cp:category/>
</cp:coreProperties>
</file>